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01A62" w14:textId="77777777" w:rsidR="00817F1E" w:rsidRPr="00351845" w:rsidRDefault="007F53B9">
      <w:pPr>
        <w:pStyle w:val="1"/>
        <w:rPr>
          <w:rFonts w:ascii="Times New Roman" w:hAnsi="Times New Roman" w:cs="Times New Roman"/>
          <w:color w:val="auto"/>
          <w:sz w:val="24"/>
          <w:szCs w:val="24"/>
        </w:rPr>
      </w:pPr>
      <w:r w:rsidRPr="00351845">
        <w:rPr>
          <w:rFonts w:ascii="Times New Roman" w:hAnsi="Times New Roman" w:cs="Times New Roman"/>
          <w:color w:val="auto"/>
          <w:sz w:val="24"/>
          <w:szCs w:val="24"/>
        </w:rPr>
        <w:t>ABC Observation Record</w:t>
      </w:r>
    </w:p>
    <w:p w14:paraId="7531101E" w14:textId="77777777" w:rsidR="00817F1E" w:rsidRPr="00CF6329" w:rsidRDefault="007F53B9">
      <w:pPr>
        <w:rPr>
          <w:rFonts w:ascii="Times New Roman" w:hAnsi="Times New Roman" w:cs="Times New Roman"/>
          <w:sz w:val="24"/>
          <w:szCs w:val="24"/>
        </w:rPr>
      </w:pPr>
      <w:r w:rsidRPr="00CF6329">
        <w:rPr>
          <w:rFonts w:ascii="Times New Roman" w:hAnsi="Times New Roman" w:cs="Times New Roman"/>
          <w:sz w:val="24"/>
          <w:szCs w:val="24"/>
        </w:rPr>
        <w:t>Date: May 29, 2026</w:t>
      </w:r>
    </w:p>
    <w:p w14:paraId="76444C1A" w14:textId="77777777" w:rsidR="00817F1E" w:rsidRPr="00CF6329" w:rsidRDefault="007F53B9">
      <w:pPr>
        <w:rPr>
          <w:rFonts w:ascii="Times New Roman" w:hAnsi="Times New Roman" w:cs="Times New Roman"/>
          <w:sz w:val="24"/>
          <w:szCs w:val="24"/>
        </w:rPr>
      </w:pPr>
      <w:r w:rsidRPr="00CF6329">
        <w:rPr>
          <w:rFonts w:ascii="Times New Roman" w:hAnsi="Times New Roman" w:cs="Times New Roman"/>
          <w:sz w:val="24"/>
          <w:szCs w:val="24"/>
        </w:rPr>
        <w:t>Observation Period: 11:00 a.m. – 11:59 a.m. (Approximate times)</w:t>
      </w:r>
    </w:p>
    <w:p w14:paraId="35286F5E" w14:textId="77777777" w:rsidR="00817F1E" w:rsidRPr="00CF6329" w:rsidRDefault="007F53B9">
      <w:pPr>
        <w:rPr>
          <w:rFonts w:ascii="Times New Roman" w:hAnsi="Times New Roman" w:cs="Times New Roman"/>
          <w:sz w:val="24"/>
          <w:szCs w:val="24"/>
        </w:rPr>
      </w:pPr>
      <w:r w:rsidRPr="00CF6329">
        <w:rPr>
          <w:rFonts w:ascii="Times New Roman" w:hAnsi="Times New Roman" w:cs="Times New Roman"/>
          <w:sz w:val="24"/>
          <w:szCs w:val="24"/>
        </w:rPr>
        <w:t>Student: Student P. (Kindergarten)</w:t>
      </w:r>
    </w:p>
    <w:p w14:paraId="6B452E9B" w14:textId="77777777" w:rsidR="00817F1E" w:rsidRPr="00CF6329" w:rsidRDefault="007F53B9">
      <w:pPr>
        <w:rPr>
          <w:rFonts w:ascii="Times New Roman" w:hAnsi="Times New Roman" w:cs="Times New Roman"/>
          <w:sz w:val="24"/>
          <w:szCs w:val="24"/>
        </w:rPr>
      </w:pPr>
      <w:r w:rsidRPr="00CF6329">
        <w:rPr>
          <w:rFonts w:ascii="Times New Roman" w:hAnsi="Times New Roman" w:cs="Times New Roman"/>
          <w:sz w:val="24"/>
          <w:szCs w:val="24"/>
        </w:rPr>
        <w:t>Observer: Anna Onuchina, EA Student</w:t>
      </w:r>
    </w:p>
    <w:p w14:paraId="5819D8C2" w14:textId="77777777" w:rsidR="00817F1E" w:rsidRPr="00CF6329" w:rsidRDefault="007F53B9">
      <w:pPr>
        <w:rPr>
          <w:rFonts w:ascii="Times New Roman" w:hAnsi="Times New Roman" w:cs="Times New Roman"/>
          <w:sz w:val="24"/>
          <w:szCs w:val="24"/>
        </w:rPr>
      </w:pPr>
      <w:r w:rsidRPr="00CF6329">
        <w:rPr>
          <w:rFonts w:ascii="Times New Roman" w:hAnsi="Times New Roman" w:cs="Times New Roman"/>
          <w:sz w:val="24"/>
          <w:szCs w:val="24"/>
        </w:rPr>
        <w:t>Setting: Kindergarten Classroom and Outdoor Recess</w:t>
      </w:r>
    </w:p>
    <w:tbl>
      <w:tblPr>
        <w:tblStyle w:val="aff0"/>
        <w:tblW w:w="0" w:type="auto"/>
        <w:tblLook w:val="04A0" w:firstRow="1" w:lastRow="0" w:firstColumn="1" w:lastColumn="0" w:noHBand="0" w:noVBand="1"/>
      </w:tblPr>
      <w:tblGrid>
        <w:gridCol w:w="1638"/>
        <w:gridCol w:w="2160"/>
        <w:gridCol w:w="2970"/>
        <w:gridCol w:w="2520"/>
      </w:tblGrid>
      <w:tr w:rsidR="00817F1E" w:rsidRPr="00CF6329" w14:paraId="79377B9B" w14:textId="77777777" w:rsidTr="00351845">
        <w:tc>
          <w:tcPr>
            <w:tcW w:w="1638" w:type="dxa"/>
          </w:tcPr>
          <w:p w14:paraId="729D6C68" w14:textId="77777777" w:rsidR="00817F1E" w:rsidRPr="00CF6329" w:rsidRDefault="007F53B9">
            <w:pPr>
              <w:rPr>
                <w:rFonts w:ascii="Times New Roman" w:hAnsi="Times New Roman" w:cs="Times New Roman"/>
                <w:sz w:val="24"/>
                <w:szCs w:val="24"/>
              </w:rPr>
            </w:pPr>
            <w:r w:rsidRPr="00CF6329">
              <w:rPr>
                <w:rFonts w:ascii="Times New Roman" w:hAnsi="Times New Roman" w:cs="Times New Roman"/>
                <w:sz w:val="24"/>
                <w:szCs w:val="24"/>
              </w:rPr>
              <w:t>Approx. Time</w:t>
            </w:r>
          </w:p>
        </w:tc>
        <w:tc>
          <w:tcPr>
            <w:tcW w:w="2160" w:type="dxa"/>
          </w:tcPr>
          <w:p w14:paraId="1C54BB22" w14:textId="77777777" w:rsidR="00817F1E" w:rsidRPr="00CF6329" w:rsidRDefault="007F53B9">
            <w:pPr>
              <w:rPr>
                <w:rFonts w:ascii="Times New Roman" w:hAnsi="Times New Roman" w:cs="Times New Roman"/>
                <w:sz w:val="24"/>
                <w:szCs w:val="24"/>
              </w:rPr>
            </w:pPr>
            <w:r w:rsidRPr="00CF6329">
              <w:rPr>
                <w:rFonts w:ascii="Times New Roman" w:hAnsi="Times New Roman" w:cs="Times New Roman"/>
                <w:sz w:val="24"/>
                <w:szCs w:val="24"/>
              </w:rPr>
              <w:t>Antecedent (A)</w:t>
            </w:r>
          </w:p>
        </w:tc>
        <w:tc>
          <w:tcPr>
            <w:tcW w:w="2970" w:type="dxa"/>
          </w:tcPr>
          <w:p w14:paraId="799BC9CF" w14:textId="77777777" w:rsidR="00817F1E" w:rsidRPr="00CF6329" w:rsidRDefault="007F53B9">
            <w:pPr>
              <w:rPr>
                <w:rFonts w:ascii="Times New Roman" w:hAnsi="Times New Roman" w:cs="Times New Roman"/>
                <w:sz w:val="24"/>
                <w:szCs w:val="24"/>
              </w:rPr>
            </w:pPr>
            <w:r w:rsidRPr="00CF6329">
              <w:rPr>
                <w:rFonts w:ascii="Times New Roman" w:hAnsi="Times New Roman" w:cs="Times New Roman"/>
                <w:sz w:val="24"/>
                <w:szCs w:val="24"/>
              </w:rPr>
              <w:t>Behaviour (B)</w:t>
            </w:r>
          </w:p>
        </w:tc>
        <w:tc>
          <w:tcPr>
            <w:tcW w:w="2520" w:type="dxa"/>
          </w:tcPr>
          <w:p w14:paraId="689A0ED2" w14:textId="77777777" w:rsidR="00817F1E" w:rsidRPr="00CF6329" w:rsidRDefault="007F53B9">
            <w:pPr>
              <w:rPr>
                <w:rFonts w:ascii="Times New Roman" w:hAnsi="Times New Roman" w:cs="Times New Roman"/>
                <w:sz w:val="24"/>
                <w:szCs w:val="24"/>
              </w:rPr>
            </w:pPr>
            <w:r w:rsidRPr="00CF6329">
              <w:rPr>
                <w:rFonts w:ascii="Times New Roman" w:hAnsi="Times New Roman" w:cs="Times New Roman"/>
                <w:sz w:val="24"/>
                <w:szCs w:val="24"/>
              </w:rPr>
              <w:t>Consequence (C)</w:t>
            </w:r>
          </w:p>
        </w:tc>
      </w:tr>
      <w:tr w:rsidR="00817F1E" w:rsidRPr="00CF6329" w14:paraId="7C022BA2" w14:textId="77777777" w:rsidTr="00351845">
        <w:tc>
          <w:tcPr>
            <w:tcW w:w="1638" w:type="dxa"/>
          </w:tcPr>
          <w:p w14:paraId="608DEA09" w14:textId="77777777" w:rsidR="00817F1E" w:rsidRPr="00CF6329" w:rsidRDefault="007F53B9">
            <w:pPr>
              <w:rPr>
                <w:rFonts w:ascii="Times New Roman" w:hAnsi="Times New Roman" w:cs="Times New Roman"/>
                <w:sz w:val="24"/>
                <w:szCs w:val="24"/>
              </w:rPr>
            </w:pPr>
            <w:r w:rsidRPr="00CF6329">
              <w:rPr>
                <w:rFonts w:ascii="Times New Roman" w:hAnsi="Times New Roman" w:cs="Times New Roman"/>
                <w:sz w:val="24"/>
                <w:szCs w:val="24"/>
              </w:rPr>
              <w:t>11:00 a.m.</w:t>
            </w:r>
          </w:p>
        </w:tc>
        <w:tc>
          <w:tcPr>
            <w:tcW w:w="2160" w:type="dxa"/>
          </w:tcPr>
          <w:p w14:paraId="3F583782" w14:textId="63D59192" w:rsidR="00817F1E" w:rsidRPr="00CF6329" w:rsidRDefault="007202E7">
            <w:pPr>
              <w:rPr>
                <w:rFonts w:ascii="Times New Roman" w:hAnsi="Times New Roman" w:cs="Times New Roman"/>
                <w:sz w:val="24"/>
                <w:szCs w:val="24"/>
              </w:rPr>
            </w:pPr>
            <w:r w:rsidRPr="007202E7">
              <w:rPr>
                <w:rFonts w:ascii="Times New Roman" w:hAnsi="Times New Roman" w:cs="Times New Roman"/>
                <w:sz w:val="24"/>
                <w:szCs w:val="24"/>
              </w:rPr>
              <w:t>Students were seated on the carpet during group instruction. There was an expectation that all students would participate in carpet time.</w:t>
            </w:r>
          </w:p>
        </w:tc>
        <w:tc>
          <w:tcPr>
            <w:tcW w:w="2970" w:type="dxa"/>
          </w:tcPr>
          <w:p w14:paraId="365640B5" w14:textId="0EBBD4DD" w:rsidR="00817F1E" w:rsidRPr="00CF6329" w:rsidRDefault="00D657DF">
            <w:pPr>
              <w:rPr>
                <w:rFonts w:ascii="Times New Roman" w:hAnsi="Times New Roman" w:cs="Times New Roman"/>
                <w:sz w:val="24"/>
                <w:szCs w:val="24"/>
              </w:rPr>
            </w:pPr>
            <w:r w:rsidRPr="00D657DF">
              <w:rPr>
                <w:rFonts w:ascii="Times New Roman" w:hAnsi="Times New Roman" w:cs="Times New Roman"/>
                <w:sz w:val="24"/>
                <w:szCs w:val="24"/>
              </w:rPr>
              <w:t>Student P. stated that he was tired, did not join the carpet area, and remained away from the group while walking around the classroom.</w:t>
            </w:r>
          </w:p>
        </w:tc>
        <w:tc>
          <w:tcPr>
            <w:tcW w:w="2520" w:type="dxa"/>
          </w:tcPr>
          <w:p w14:paraId="25FD285D" w14:textId="1255E635" w:rsidR="00817F1E" w:rsidRPr="00CF6329" w:rsidRDefault="007F53B9">
            <w:pPr>
              <w:rPr>
                <w:rFonts w:ascii="Times New Roman" w:hAnsi="Times New Roman" w:cs="Times New Roman"/>
                <w:sz w:val="24"/>
                <w:szCs w:val="24"/>
              </w:rPr>
            </w:pPr>
            <w:r w:rsidRPr="00CF6329">
              <w:rPr>
                <w:rFonts w:ascii="Times New Roman" w:hAnsi="Times New Roman" w:cs="Times New Roman"/>
                <w:sz w:val="24"/>
                <w:szCs w:val="24"/>
              </w:rPr>
              <w:t>The</w:t>
            </w:r>
            <w:r w:rsidR="00E8494B">
              <w:rPr>
                <w:rFonts w:ascii="Times New Roman" w:hAnsi="Times New Roman" w:cs="Times New Roman"/>
                <w:sz w:val="24"/>
                <w:szCs w:val="24"/>
              </w:rPr>
              <w:t xml:space="preserve"> Teacher </w:t>
            </w:r>
            <w:r w:rsidRPr="00CF6329">
              <w:rPr>
                <w:rFonts w:ascii="Times New Roman" w:hAnsi="Times New Roman" w:cs="Times New Roman"/>
                <w:sz w:val="24"/>
                <w:szCs w:val="24"/>
              </w:rPr>
              <w:t>Assistant explained that Student P. needed to choose either the carpet or the calm corner. Student P. chose the calm corner, selected a book, and sat there.</w:t>
            </w:r>
          </w:p>
        </w:tc>
      </w:tr>
      <w:tr w:rsidR="00817F1E" w:rsidRPr="00CF6329" w14:paraId="093F3EA9" w14:textId="77777777" w:rsidTr="00351845">
        <w:tc>
          <w:tcPr>
            <w:tcW w:w="1638" w:type="dxa"/>
          </w:tcPr>
          <w:p w14:paraId="7A50DA5D" w14:textId="77777777" w:rsidR="00817F1E" w:rsidRPr="00CF6329" w:rsidRDefault="007F53B9">
            <w:pPr>
              <w:rPr>
                <w:rFonts w:ascii="Times New Roman" w:hAnsi="Times New Roman" w:cs="Times New Roman"/>
                <w:sz w:val="24"/>
                <w:szCs w:val="24"/>
              </w:rPr>
            </w:pPr>
            <w:r w:rsidRPr="00CF6329">
              <w:rPr>
                <w:rFonts w:ascii="Times New Roman" w:hAnsi="Times New Roman" w:cs="Times New Roman"/>
                <w:sz w:val="24"/>
                <w:szCs w:val="24"/>
              </w:rPr>
              <w:t>11:12 a.m.</w:t>
            </w:r>
          </w:p>
        </w:tc>
        <w:tc>
          <w:tcPr>
            <w:tcW w:w="2160" w:type="dxa"/>
          </w:tcPr>
          <w:p w14:paraId="0AD60D03" w14:textId="3051694D" w:rsidR="00817F1E" w:rsidRPr="00CF6329" w:rsidRDefault="007F53B9">
            <w:pPr>
              <w:rPr>
                <w:rFonts w:ascii="Times New Roman" w:hAnsi="Times New Roman" w:cs="Times New Roman"/>
                <w:sz w:val="24"/>
                <w:szCs w:val="24"/>
              </w:rPr>
            </w:pPr>
            <w:r w:rsidRPr="00CF6329">
              <w:rPr>
                <w:rFonts w:ascii="Times New Roman" w:hAnsi="Times New Roman" w:cs="Times New Roman"/>
                <w:sz w:val="24"/>
                <w:szCs w:val="24"/>
              </w:rPr>
              <w:t>Group instruction continued</w:t>
            </w:r>
            <w:r w:rsidR="00D657DF">
              <w:rPr>
                <w:rFonts w:ascii="Times New Roman" w:hAnsi="Times New Roman" w:cs="Times New Roman"/>
                <w:sz w:val="24"/>
                <w:szCs w:val="24"/>
              </w:rPr>
              <w:t xml:space="preserve">, </w:t>
            </w:r>
            <w:r w:rsidRPr="00CF6329">
              <w:rPr>
                <w:rFonts w:ascii="Times New Roman" w:hAnsi="Times New Roman" w:cs="Times New Roman"/>
                <w:sz w:val="24"/>
                <w:szCs w:val="24"/>
              </w:rPr>
              <w:t>the teacher worked with students on the carpet.</w:t>
            </w:r>
          </w:p>
        </w:tc>
        <w:tc>
          <w:tcPr>
            <w:tcW w:w="2970" w:type="dxa"/>
          </w:tcPr>
          <w:p w14:paraId="50BDDCDE" w14:textId="0AEBE8CE" w:rsidR="00817F1E" w:rsidRPr="00CF6329" w:rsidRDefault="007F53B9">
            <w:pPr>
              <w:rPr>
                <w:rFonts w:ascii="Times New Roman" w:hAnsi="Times New Roman" w:cs="Times New Roman"/>
                <w:sz w:val="24"/>
                <w:szCs w:val="24"/>
              </w:rPr>
            </w:pPr>
            <w:r w:rsidRPr="00CF6329">
              <w:rPr>
                <w:rFonts w:ascii="Times New Roman" w:hAnsi="Times New Roman" w:cs="Times New Roman"/>
                <w:sz w:val="24"/>
                <w:szCs w:val="24"/>
              </w:rPr>
              <w:t xml:space="preserve">Student P. </w:t>
            </w:r>
            <w:r w:rsidR="00744C6C">
              <w:rPr>
                <w:rFonts w:ascii="Times New Roman" w:hAnsi="Times New Roman" w:cs="Times New Roman"/>
                <w:sz w:val="24"/>
                <w:szCs w:val="24"/>
              </w:rPr>
              <w:t xml:space="preserve">took the book </w:t>
            </w:r>
            <w:r w:rsidR="00E967F9">
              <w:rPr>
                <w:rFonts w:ascii="Times New Roman" w:hAnsi="Times New Roman" w:cs="Times New Roman"/>
                <w:sz w:val="24"/>
                <w:szCs w:val="24"/>
              </w:rPr>
              <w:t xml:space="preserve">and </w:t>
            </w:r>
            <w:r w:rsidRPr="00CF6329">
              <w:rPr>
                <w:rFonts w:ascii="Times New Roman" w:hAnsi="Times New Roman" w:cs="Times New Roman"/>
                <w:sz w:val="24"/>
                <w:szCs w:val="24"/>
              </w:rPr>
              <w:t>moved toward the group. He placed the thumb of his right hand deeply into his mouth, chewed on his thumb, leaned against the table, and watched the students and teacher.</w:t>
            </w:r>
          </w:p>
        </w:tc>
        <w:tc>
          <w:tcPr>
            <w:tcW w:w="2520" w:type="dxa"/>
          </w:tcPr>
          <w:p w14:paraId="1ECF1401" w14:textId="6A09AEF7" w:rsidR="00817F1E" w:rsidRPr="00CF6329" w:rsidRDefault="00E967F9">
            <w:pPr>
              <w:rPr>
                <w:rFonts w:ascii="Times New Roman" w:hAnsi="Times New Roman" w:cs="Times New Roman"/>
                <w:sz w:val="24"/>
                <w:szCs w:val="24"/>
              </w:rPr>
            </w:pPr>
            <w:r w:rsidRPr="00E967F9">
              <w:rPr>
                <w:rFonts w:ascii="Times New Roman" w:hAnsi="Times New Roman" w:cs="Times New Roman"/>
                <w:sz w:val="24"/>
                <w:szCs w:val="24"/>
              </w:rPr>
              <w:t xml:space="preserve">The Teacher Assistant </w:t>
            </w:r>
            <w:r w:rsidR="007F53B9" w:rsidRPr="00CF6329">
              <w:rPr>
                <w:rFonts w:ascii="Times New Roman" w:hAnsi="Times New Roman" w:cs="Times New Roman"/>
                <w:sz w:val="24"/>
                <w:szCs w:val="24"/>
              </w:rPr>
              <w:t>approached Student P., instructed him to return the book, and directed him toward the group. Student P. returned the book and moved closer to the carpet area.</w:t>
            </w:r>
          </w:p>
        </w:tc>
      </w:tr>
      <w:tr w:rsidR="00817F1E" w:rsidRPr="00CF6329" w14:paraId="04CCF213" w14:textId="77777777" w:rsidTr="00351845">
        <w:tc>
          <w:tcPr>
            <w:tcW w:w="1638" w:type="dxa"/>
          </w:tcPr>
          <w:p w14:paraId="5A539A22" w14:textId="77777777" w:rsidR="00817F1E" w:rsidRPr="00CF6329" w:rsidRDefault="007F53B9">
            <w:pPr>
              <w:rPr>
                <w:rFonts w:ascii="Times New Roman" w:hAnsi="Times New Roman" w:cs="Times New Roman"/>
                <w:sz w:val="24"/>
                <w:szCs w:val="24"/>
              </w:rPr>
            </w:pPr>
            <w:r w:rsidRPr="00CF6329">
              <w:rPr>
                <w:rFonts w:ascii="Times New Roman" w:hAnsi="Times New Roman" w:cs="Times New Roman"/>
                <w:sz w:val="24"/>
                <w:szCs w:val="24"/>
              </w:rPr>
              <w:t>11:23 a.m.</w:t>
            </w:r>
          </w:p>
        </w:tc>
        <w:tc>
          <w:tcPr>
            <w:tcW w:w="2160" w:type="dxa"/>
          </w:tcPr>
          <w:p w14:paraId="544CE1CB" w14:textId="557EAF02" w:rsidR="00817F1E" w:rsidRPr="00CF6329" w:rsidRDefault="00744C6C">
            <w:pPr>
              <w:rPr>
                <w:rFonts w:ascii="Times New Roman" w:hAnsi="Times New Roman" w:cs="Times New Roman"/>
                <w:sz w:val="24"/>
                <w:szCs w:val="24"/>
              </w:rPr>
            </w:pPr>
            <w:r>
              <w:rPr>
                <w:rFonts w:ascii="Times New Roman" w:hAnsi="Times New Roman" w:cs="Times New Roman"/>
                <w:sz w:val="24"/>
                <w:szCs w:val="24"/>
              </w:rPr>
              <w:t xml:space="preserve">Transition time. </w:t>
            </w:r>
            <w:r w:rsidR="007F53B9" w:rsidRPr="00CF6329">
              <w:rPr>
                <w:rFonts w:ascii="Times New Roman" w:hAnsi="Times New Roman" w:cs="Times New Roman"/>
                <w:sz w:val="24"/>
                <w:szCs w:val="24"/>
              </w:rPr>
              <w:t xml:space="preserve">Students lined up to go outside. </w:t>
            </w:r>
          </w:p>
        </w:tc>
        <w:tc>
          <w:tcPr>
            <w:tcW w:w="2970" w:type="dxa"/>
          </w:tcPr>
          <w:p w14:paraId="247F019D" w14:textId="77777777" w:rsidR="00817F1E" w:rsidRPr="00CF6329" w:rsidRDefault="007F53B9">
            <w:pPr>
              <w:rPr>
                <w:rFonts w:ascii="Times New Roman" w:hAnsi="Times New Roman" w:cs="Times New Roman"/>
                <w:sz w:val="24"/>
                <w:szCs w:val="24"/>
              </w:rPr>
            </w:pPr>
            <w:r w:rsidRPr="00CF6329">
              <w:rPr>
                <w:rFonts w:ascii="Times New Roman" w:hAnsi="Times New Roman" w:cs="Times New Roman"/>
                <w:sz w:val="24"/>
                <w:szCs w:val="24"/>
              </w:rPr>
              <w:t>Student P. approached the student and repeatedly touched the student's face and body. The other student repeatedly stated, 'No, no, no.' Student P. continued touching the student.</w:t>
            </w:r>
          </w:p>
        </w:tc>
        <w:tc>
          <w:tcPr>
            <w:tcW w:w="2520" w:type="dxa"/>
          </w:tcPr>
          <w:p w14:paraId="376DA7D9" w14:textId="77777777" w:rsidR="00817F1E" w:rsidRPr="00CF6329" w:rsidRDefault="007F53B9">
            <w:pPr>
              <w:rPr>
                <w:rFonts w:ascii="Times New Roman" w:hAnsi="Times New Roman" w:cs="Times New Roman"/>
                <w:sz w:val="24"/>
                <w:szCs w:val="24"/>
              </w:rPr>
            </w:pPr>
            <w:r w:rsidRPr="00CF6329">
              <w:rPr>
                <w:rFonts w:ascii="Times New Roman" w:hAnsi="Times New Roman" w:cs="Times New Roman"/>
                <w:sz w:val="24"/>
                <w:szCs w:val="24"/>
              </w:rPr>
              <w:t>The teacher intervened, redirected Student P., positioned herself between the students, and invited Student P. to be her special helper during the transition outside.</w:t>
            </w:r>
          </w:p>
        </w:tc>
      </w:tr>
      <w:tr w:rsidR="00817F1E" w:rsidRPr="00CF6329" w14:paraId="0B5BE5B7" w14:textId="77777777" w:rsidTr="00351845">
        <w:tc>
          <w:tcPr>
            <w:tcW w:w="1638" w:type="dxa"/>
          </w:tcPr>
          <w:p w14:paraId="456F65E5" w14:textId="77777777" w:rsidR="00817F1E" w:rsidRPr="00CF6329" w:rsidRDefault="007F53B9">
            <w:pPr>
              <w:rPr>
                <w:rFonts w:ascii="Times New Roman" w:hAnsi="Times New Roman" w:cs="Times New Roman"/>
                <w:sz w:val="24"/>
                <w:szCs w:val="24"/>
              </w:rPr>
            </w:pPr>
            <w:r w:rsidRPr="00CF6329">
              <w:rPr>
                <w:rFonts w:ascii="Times New Roman" w:hAnsi="Times New Roman" w:cs="Times New Roman"/>
                <w:sz w:val="24"/>
                <w:szCs w:val="24"/>
              </w:rPr>
              <w:t>11:25 a.m.</w:t>
            </w:r>
          </w:p>
        </w:tc>
        <w:tc>
          <w:tcPr>
            <w:tcW w:w="2160" w:type="dxa"/>
          </w:tcPr>
          <w:p w14:paraId="5DA4D55C" w14:textId="77777777" w:rsidR="00817F1E" w:rsidRPr="00CF6329" w:rsidRDefault="007F53B9">
            <w:pPr>
              <w:rPr>
                <w:rFonts w:ascii="Times New Roman" w:hAnsi="Times New Roman" w:cs="Times New Roman"/>
                <w:sz w:val="24"/>
                <w:szCs w:val="24"/>
              </w:rPr>
            </w:pPr>
            <w:r w:rsidRPr="00CF6329">
              <w:rPr>
                <w:rFonts w:ascii="Times New Roman" w:hAnsi="Times New Roman" w:cs="Times New Roman"/>
                <w:sz w:val="24"/>
                <w:szCs w:val="24"/>
              </w:rPr>
              <w:t>The teacher attempted to redirect Student P. away from the other student.</w:t>
            </w:r>
          </w:p>
        </w:tc>
        <w:tc>
          <w:tcPr>
            <w:tcW w:w="2970" w:type="dxa"/>
          </w:tcPr>
          <w:p w14:paraId="179A1C17" w14:textId="77777777" w:rsidR="00817F1E" w:rsidRPr="00CF6329" w:rsidRDefault="007F53B9">
            <w:pPr>
              <w:rPr>
                <w:rFonts w:ascii="Times New Roman" w:hAnsi="Times New Roman" w:cs="Times New Roman"/>
                <w:sz w:val="24"/>
                <w:szCs w:val="24"/>
              </w:rPr>
            </w:pPr>
            <w:r w:rsidRPr="00CF6329">
              <w:rPr>
                <w:rFonts w:ascii="Times New Roman" w:hAnsi="Times New Roman" w:cs="Times New Roman"/>
                <w:sz w:val="24"/>
                <w:szCs w:val="24"/>
              </w:rPr>
              <w:t>Student P. pulled away and moved around the teacher.</w:t>
            </w:r>
          </w:p>
        </w:tc>
        <w:tc>
          <w:tcPr>
            <w:tcW w:w="2520" w:type="dxa"/>
          </w:tcPr>
          <w:p w14:paraId="0E3466E4" w14:textId="77777777" w:rsidR="00817F1E" w:rsidRPr="00CF6329" w:rsidRDefault="007F53B9">
            <w:pPr>
              <w:rPr>
                <w:rFonts w:ascii="Times New Roman" w:hAnsi="Times New Roman" w:cs="Times New Roman"/>
                <w:sz w:val="24"/>
                <w:szCs w:val="24"/>
              </w:rPr>
            </w:pPr>
            <w:r w:rsidRPr="00CF6329">
              <w:rPr>
                <w:rFonts w:ascii="Times New Roman" w:hAnsi="Times New Roman" w:cs="Times New Roman"/>
                <w:sz w:val="24"/>
                <w:szCs w:val="24"/>
              </w:rPr>
              <w:t>The teacher remained between Student P. and the other student, told Student P. that she needed his help, and walked with him to the line as a special helper. Student P. walked beside the teacher while holding her hand.</w:t>
            </w:r>
          </w:p>
        </w:tc>
      </w:tr>
      <w:tr w:rsidR="00817F1E" w:rsidRPr="00CF6329" w14:paraId="6ADC0172" w14:textId="77777777" w:rsidTr="00351845">
        <w:tc>
          <w:tcPr>
            <w:tcW w:w="1638" w:type="dxa"/>
          </w:tcPr>
          <w:p w14:paraId="5F884963" w14:textId="77777777" w:rsidR="00817F1E" w:rsidRPr="00CF6329" w:rsidRDefault="007F53B9">
            <w:pPr>
              <w:rPr>
                <w:rFonts w:ascii="Times New Roman" w:hAnsi="Times New Roman" w:cs="Times New Roman"/>
                <w:sz w:val="24"/>
                <w:szCs w:val="24"/>
              </w:rPr>
            </w:pPr>
            <w:r w:rsidRPr="00CF6329">
              <w:rPr>
                <w:rFonts w:ascii="Times New Roman" w:hAnsi="Times New Roman" w:cs="Times New Roman"/>
                <w:sz w:val="24"/>
                <w:szCs w:val="24"/>
              </w:rPr>
              <w:t>11:41 a.m.</w:t>
            </w:r>
          </w:p>
        </w:tc>
        <w:tc>
          <w:tcPr>
            <w:tcW w:w="2160" w:type="dxa"/>
          </w:tcPr>
          <w:p w14:paraId="0A7445BE" w14:textId="77777777" w:rsidR="00817F1E" w:rsidRPr="00CF6329" w:rsidRDefault="007F53B9">
            <w:pPr>
              <w:rPr>
                <w:rFonts w:ascii="Times New Roman" w:hAnsi="Times New Roman" w:cs="Times New Roman"/>
                <w:sz w:val="24"/>
                <w:szCs w:val="24"/>
              </w:rPr>
            </w:pPr>
            <w:r w:rsidRPr="00CF6329">
              <w:rPr>
                <w:rFonts w:ascii="Times New Roman" w:hAnsi="Times New Roman" w:cs="Times New Roman"/>
                <w:sz w:val="24"/>
                <w:szCs w:val="24"/>
              </w:rPr>
              <w:t xml:space="preserve">Children were participating in a </w:t>
            </w:r>
            <w:r w:rsidRPr="00CF6329">
              <w:rPr>
                <w:rFonts w:ascii="Times New Roman" w:hAnsi="Times New Roman" w:cs="Times New Roman"/>
                <w:sz w:val="24"/>
                <w:szCs w:val="24"/>
              </w:rPr>
              <w:lastRenderedPageBreak/>
              <w:t>ball game during outdoor play. The ball was being used by a group of students.</w:t>
            </w:r>
          </w:p>
        </w:tc>
        <w:tc>
          <w:tcPr>
            <w:tcW w:w="2970" w:type="dxa"/>
          </w:tcPr>
          <w:p w14:paraId="29A43748" w14:textId="3AABA2A9" w:rsidR="00817F1E" w:rsidRPr="00CF6329" w:rsidRDefault="007F53B9">
            <w:pPr>
              <w:rPr>
                <w:rFonts w:ascii="Times New Roman" w:hAnsi="Times New Roman" w:cs="Times New Roman"/>
                <w:sz w:val="24"/>
                <w:szCs w:val="24"/>
              </w:rPr>
            </w:pPr>
            <w:r w:rsidRPr="00CF6329">
              <w:rPr>
                <w:rFonts w:ascii="Times New Roman" w:hAnsi="Times New Roman" w:cs="Times New Roman"/>
                <w:sz w:val="24"/>
                <w:szCs w:val="24"/>
              </w:rPr>
              <w:lastRenderedPageBreak/>
              <w:t xml:space="preserve">Student P. took the ball and ran away with it. Other </w:t>
            </w:r>
            <w:r w:rsidRPr="00CF6329">
              <w:rPr>
                <w:rFonts w:ascii="Times New Roman" w:hAnsi="Times New Roman" w:cs="Times New Roman"/>
                <w:sz w:val="24"/>
                <w:szCs w:val="24"/>
              </w:rPr>
              <w:lastRenderedPageBreak/>
              <w:t>children ran after him. Student P. screamed while running, continued holding the ball, and stated that he did not want to play with the</w:t>
            </w:r>
            <w:r w:rsidR="00146DE1">
              <w:rPr>
                <w:rFonts w:ascii="Times New Roman" w:hAnsi="Times New Roman" w:cs="Times New Roman"/>
                <w:sz w:val="24"/>
                <w:szCs w:val="24"/>
              </w:rPr>
              <w:t>m</w:t>
            </w:r>
            <w:r w:rsidRPr="00CF6329">
              <w:rPr>
                <w:rFonts w:ascii="Times New Roman" w:hAnsi="Times New Roman" w:cs="Times New Roman"/>
                <w:sz w:val="24"/>
                <w:szCs w:val="24"/>
              </w:rPr>
              <w:t>.</w:t>
            </w:r>
          </w:p>
        </w:tc>
        <w:tc>
          <w:tcPr>
            <w:tcW w:w="2520" w:type="dxa"/>
          </w:tcPr>
          <w:p w14:paraId="1BE993E9" w14:textId="77777777" w:rsidR="00817F1E" w:rsidRPr="00CF6329" w:rsidRDefault="007F53B9">
            <w:pPr>
              <w:rPr>
                <w:rFonts w:ascii="Times New Roman" w:hAnsi="Times New Roman" w:cs="Times New Roman"/>
                <w:sz w:val="24"/>
                <w:szCs w:val="24"/>
              </w:rPr>
            </w:pPr>
            <w:r w:rsidRPr="00CF6329">
              <w:rPr>
                <w:rFonts w:ascii="Times New Roman" w:hAnsi="Times New Roman" w:cs="Times New Roman"/>
                <w:sz w:val="24"/>
                <w:szCs w:val="24"/>
              </w:rPr>
              <w:lastRenderedPageBreak/>
              <w:t xml:space="preserve">An adult explained that the ball was being used </w:t>
            </w:r>
            <w:r w:rsidRPr="00CF6329">
              <w:rPr>
                <w:rFonts w:ascii="Times New Roman" w:hAnsi="Times New Roman" w:cs="Times New Roman"/>
                <w:sz w:val="24"/>
                <w:szCs w:val="24"/>
              </w:rPr>
              <w:lastRenderedPageBreak/>
              <w:t>by the group and that it needed to be returned. After prompting and discussion, Student P. returned the ball and the game resumed.</w:t>
            </w:r>
          </w:p>
        </w:tc>
      </w:tr>
      <w:tr w:rsidR="00817F1E" w:rsidRPr="00CF6329" w14:paraId="609AF87D" w14:textId="77777777" w:rsidTr="00351845">
        <w:tc>
          <w:tcPr>
            <w:tcW w:w="1638" w:type="dxa"/>
          </w:tcPr>
          <w:p w14:paraId="15306E46" w14:textId="77777777" w:rsidR="00817F1E" w:rsidRPr="00CF6329" w:rsidRDefault="007F53B9">
            <w:pPr>
              <w:rPr>
                <w:rFonts w:ascii="Times New Roman" w:hAnsi="Times New Roman" w:cs="Times New Roman"/>
                <w:sz w:val="24"/>
                <w:szCs w:val="24"/>
              </w:rPr>
            </w:pPr>
            <w:r w:rsidRPr="00CF6329">
              <w:rPr>
                <w:rFonts w:ascii="Times New Roman" w:hAnsi="Times New Roman" w:cs="Times New Roman"/>
                <w:sz w:val="24"/>
                <w:szCs w:val="24"/>
              </w:rPr>
              <w:lastRenderedPageBreak/>
              <w:t>11:53 a.m.</w:t>
            </w:r>
          </w:p>
        </w:tc>
        <w:tc>
          <w:tcPr>
            <w:tcW w:w="2160" w:type="dxa"/>
          </w:tcPr>
          <w:p w14:paraId="7E0330A5" w14:textId="7C045A4F" w:rsidR="00817F1E" w:rsidRPr="00CF6329" w:rsidRDefault="008E139C">
            <w:pPr>
              <w:rPr>
                <w:rFonts w:ascii="Times New Roman" w:hAnsi="Times New Roman" w:cs="Times New Roman"/>
                <w:sz w:val="24"/>
                <w:szCs w:val="24"/>
              </w:rPr>
            </w:pPr>
            <w:r w:rsidRPr="008E139C">
              <w:rPr>
                <w:rFonts w:ascii="Times New Roman" w:hAnsi="Times New Roman" w:cs="Times New Roman"/>
                <w:sz w:val="24"/>
                <w:szCs w:val="24"/>
              </w:rPr>
              <w:t>Student T. shouted at Student P. from close range and pushed him during outdoor play.</w:t>
            </w:r>
          </w:p>
        </w:tc>
        <w:tc>
          <w:tcPr>
            <w:tcW w:w="2970" w:type="dxa"/>
          </w:tcPr>
          <w:p w14:paraId="5B6E1324" w14:textId="126CD554" w:rsidR="00817F1E" w:rsidRPr="00CF6329" w:rsidRDefault="003D682E">
            <w:pPr>
              <w:rPr>
                <w:rFonts w:ascii="Times New Roman" w:hAnsi="Times New Roman" w:cs="Times New Roman"/>
                <w:sz w:val="24"/>
                <w:szCs w:val="24"/>
              </w:rPr>
            </w:pPr>
            <w:r w:rsidRPr="003D682E">
              <w:rPr>
                <w:rFonts w:ascii="Times New Roman" w:hAnsi="Times New Roman" w:cs="Times New Roman"/>
                <w:sz w:val="24"/>
                <w:szCs w:val="24"/>
              </w:rPr>
              <w:t>Student P. approached Student T. and struck Student T. on the back with his hat.</w:t>
            </w:r>
          </w:p>
        </w:tc>
        <w:tc>
          <w:tcPr>
            <w:tcW w:w="2520" w:type="dxa"/>
          </w:tcPr>
          <w:p w14:paraId="28E126D1" w14:textId="4459D0BD" w:rsidR="00817F1E" w:rsidRPr="00CF6329" w:rsidRDefault="00EA72DA">
            <w:pPr>
              <w:rPr>
                <w:rFonts w:ascii="Times New Roman" w:hAnsi="Times New Roman" w:cs="Times New Roman"/>
                <w:sz w:val="24"/>
                <w:szCs w:val="24"/>
              </w:rPr>
            </w:pPr>
            <w:r w:rsidRPr="00EA72DA">
              <w:rPr>
                <w:rFonts w:ascii="Times New Roman" w:hAnsi="Times New Roman" w:cs="Times New Roman"/>
                <w:sz w:val="24"/>
                <w:szCs w:val="24"/>
              </w:rPr>
              <w:t>An adult intervened and spoke with the students. The students apologized and returned to play.</w:t>
            </w:r>
          </w:p>
        </w:tc>
      </w:tr>
    </w:tbl>
    <w:p w14:paraId="189CE57F" w14:textId="77777777" w:rsidR="00351845" w:rsidRDefault="00351845">
      <w:pPr>
        <w:pStyle w:val="21"/>
        <w:rPr>
          <w:rFonts w:ascii="Times New Roman" w:hAnsi="Times New Roman" w:cs="Times New Roman"/>
          <w:color w:val="auto"/>
          <w:sz w:val="24"/>
          <w:szCs w:val="24"/>
        </w:rPr>
      </w:pPr>
    </w:p>
    <w:p w14:paraId="343BC813" w14:textId="403050EA" w:rsidR="00817F1E" w:rsidRPr="00CF6329" w:rsidRDefault="007F53B9">
      <w:pPr>
        <w:pStyle w:val="21"/>
        <w:rPr>
          <w:rFonts w:ascii="Times New Roman" w:hAnsi="Times New Roman" w:cs="Times New Roman"/>
          <w:color w:val="auto"/>
          <w:sz w:val="24"/>
          <w:szCs w:val="24"/>
        </w:rPr>
      </w:pPr>
      <w:r w:rsidRPr="00CF6329">
        <w:rPr>
          <w:rFonts w:ascii="Times New Roman" w:hAnsi="Times New Roman" w:cs="Times New Roman"/>
          <w:color w:val="auto"/>
          <w:sz w:val="24"/>
          <w:szCs w:val="24"/>
        </w:rPr>
        <w:t>Summary of Observed Patterns</w:t>
      </w:r>
    </w:p>
    <w:p w14:paraId="7477539F" w14:textId="77777777" w:rsidR="00817F1E" w:rsidRPr="00CF6329" w:rsidRDefault="007F53B9">
      <w:pPr>
        <w:rPr>
          <w:rFonts w:ascii="Times New Roman" w:hAnsi="Times New Roman" w:cs="Times New Roman"/>
          <w:sz w:val="24"/>
          <w:szCs w:val="24"/>
        </w:rPr>
      </w:pPr>
      <w:r w:rsidRPr="00CF6329">
        <w:rPr>
          <w:rFonts w:ascii="Times New Roman" w:hAnsi="Times New Roman" w:cs="Times New Roman"/>
          <w:sz w:val="24"/>
          <w:szCs w:val="24"/>
        </w:rPr>
        <w:t>During the observation period, Student P. required adult support during transitions and group activities. Student P. initially avoided joining the carpet activity and chose the calm corner when provided with a choice. Student P. was observed placing the thumb of his right hand in his mouth during multiple classroom and transition activities. During the transition to outdoor play, Student P. repeatedly touched another student after the student verbally indicated 'No.' During outdoor play, Student P. participated in group games with peers. Two incidents involving peer conflict were observed: (1) taking and holding a ball that was being used by a group of students and (2) striking a peer on the back with a hat after the peer shouted at him from close range. In each instance, adult intervention, redirection, prompting, or discussion resulted in Student P. returning to the activity and continuing participation with peers.</w:t>
      </w:r>
    </w:p>
    <w:sectPr w:rsidR="00817F1E" w:rsidRPr="00CF6329" w:rsidSect="004B448F">
      <w:pgSz w:w="12240" w:h="15840"/>
      <w:pgMar w:top="1080" w:right="1350" w:bottom="900"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359769163">
    <w:abstractNumId w:val="8"/>
  </w:num>
  <w:num w:numId="2" w16cid:durableId="1233275868">
    <w:abstractNumId w:val="6"/>
  </w:num>
  <w:num w:numId="3" w16cid:durableId="1087263666">
    <w:abstractNumId w:val="5"/>
  </w:num>
  <w:num w:numId="4" w16cid:durableId="1410955604">
    <w:abstractNumId w:val="4"/>
  </w:num>
  <w:num w:numId="5" w16cid:durableId="1077633411">
    <w:abstractNumId w:val="7"/>
  </w:num>
  <w:num w:numId="6" w16cid:durableId="1137842541">
    <w:abstractNumId w:val="3"/>
  </w:num>
  <w:num w:numId="7" w16cid:durableId="296766018">
    <w:abstractNumId w:val="2"/>
  </w:num>
  <w:num w:numId="8" w16cid:durableId="1859198318">
    <w:abstractNumId w:val="1"/>
  </w:num>
  <w:num w:numId="9" w16cid:durableId="609432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rE0NjM3Nzc2NjMzsbBU0lEKTi0uzszPAykwrgUAg8ytqiwAAAA="/>
  </w:docVars>
  <w:rsids>
    <w:rsidRoot w:val="00B47730"/>
    <w:rsid w:val="00034616"/>
    <w:rsid w:val="00043CBA"/>
    <w:rsid w:val="0006063C"/>
    <w:rsid w:val="000734BA"/>
    <w:rsid w:val="000E584D"/>
    <w:rsid w:val="00146DE1"/>
    <w:rsid w:val="0015074B"/>
    <w:rsid w:val="0029639D"/>
    <w:rsid w:val="003105CB"/>
    <w:rsid w:val="00326F90"/>
    <w:rsid w:val="00351845"/>
    <w:rsid w:val="003D682E"/>
    <w:rsid w:val="004B1E4A"/>
    <w:rsid w:val="004B448F"/>
    <w:rsid w:val="00562C65"/>
    <w:rsid w:val="005B76F2"/>
    <w:rsid w:val="007202E7"/>
    <w:rsid w:val="00744C6C"/>
    <w:rsid w:val="00797EBA"/>
    <w:rsid w:val="007F53B9"/>
    <w:rsid w:val="00817F1E"/>
    <w:rsid w:val="0083041D"/>
    <w:rsid w:val="008E139C"/>
    <w:rsid w:val="009B30BF"/>
    <w:rsid w:val="00AA1D8D"/>
    <w:rsid w:val="00B47730"/>
    <w:rsid w:val="00BF513F"/>
    <w:rsid w:val="00CB0664"/>
    <w:rsid w:val="00CF6329"/>
    <w:rsid w:val="00D657DF"/>
    <w:rsid w:val="00E8494B"/>
    <w:rsid w:val="00E967F9"/>
    <w:rsid w:val="00EA72DA"/>
    <w:rsid w:val="00F0204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E9985E61-7B43-4FA3-9757-19285188A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553</Words>
  <Characters>3155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Anna Onuchina</cp:lastModifiedBy>
  <cp:revision>20</cp:revision>
  <dcterms:created xsi:type="dcterms:W3CDTF">2026-06-03T05:10:00Z</dcterms:created>
  <dcterms:modified xsi:type="dcterms:W3CDTF">2026-06-03T05:38:00Z</dcterms:modified>
  <cp:category/>
</cp:coreProperties>
</file>